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אמר? ציטוטים על חלום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ציטוטים חשובים הקשורים לרעיון הקמת 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אמר או כתב כל ציטוט ולהבין את ההקשר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מקורות שונים - תנ״ך, הרצל ואישים ציוניים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אמר? (בחירה)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אליעזר בן־יהודה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מרכז רוחני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תקווה עתיקה לשיבת העם לארצו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 ביניהם חילוקי דעות, למשל לגבי אופי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את הספר כתב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בתיאור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להפך, הוא מבטא אמונה שאפשר להגשים את החלום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תנ״ך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 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(כתב את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(רצה מרכז רוחני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(החייה את השפה העברית)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(מקור לפסוקים על שיבה לציון)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(ביטוי לאמונה שחלום יכול להתגשם)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את ההקשר ההיסטורי, את כוונת האומר ואת מידת האמינות של המקור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רצה מדינה מדינית מיידית ואחד העם רצה בעיקר מרכז רוחני ותרבותי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שהמשפט מבטא רעיון של תקווה ואפשרות הגשמה, בסגנון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 - מדינה מיידית; אחד העם - מרכז רוחני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הציטוטים בכיתה בקבוצות ולדון בכל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להבליט את ההבדל בין מקורות עתיקים (תנ״ך) למקורות מודרניים (הרצל ואחרים)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לחפש ציטוט נוסף הקשור לנושא ולהציג אותו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אמר? ציטוטים על חלום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ואישים נוספים כתבו ואמרו משפטים שהפכו לסמלים של התקווה להקמת מדינה יהודית. חלק מהציטוטים לקוחים גם מהתנ״ך, שממנו שאבו הרצל ואחרים את החזון.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אמר? (בחירה)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המשפט ״אם תרצו אין זו אגדה״?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מן 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הפסוק ״ושבו בנים לגבולם״ לקוח מתוך: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הרצל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נאום של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של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את הספר ׳מדינת היהודים׳?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 הס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פעל להחייאת השפה העברית כשפה מדוברת?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אחד העם תמך בעיקר ברעיון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מדינה מיידית לכל יהודי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מרכז רוחני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הגירה לאמריקה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 על חיי הגלות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ציטוטים מהתנ״ך בדף העוסקים בשיבה לארץ מבטאים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מודרני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 עתיקה לשיבת העם לארצו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 על הציונות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אישי של הרצל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ואחד העם חשבו באותו אופן בדיוק על אופי המדינה היהודית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בן־יהודה הוא לא מחבר הספר מדינת היהודים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מהציטוטים בדף המשחק לקוחים מהתנ״ך ולא מאישים מודרניים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׳אם תרצו אין זו אגדה׳ מבטא חוסר אמונה בהגשמת החלום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כתב את הספר __________ שבו תיאר את חזון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אליעזר בן־יהודה פעל להחיות את השפה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אחד העם קרא להקים בארץ ישראל __________ רוחני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המשפט ״אם תרצו אין זו __________״ נכתב על ידי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חלק מהציטוטים בדף המשחק לקוחים מתוך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 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ביטוי לאמונה שחלום יכול להתגשם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אחד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מקור לפסוקים על שיבה לציון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אליעזר בן־יהודה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 את הספר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התנ״ך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החייה את השפה העברית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״אם תרצו אין זו אגדה״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רצה מרכז רוחני בארץ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חשוב לדעת מי אמר כל ציטוט ולא רק את תוכנו?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בקצרה מהו ההבדל בין חזונו של הרצל לחזונו של אחד העם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משלכם שיכול לבטא חלום או תקווה לעתיד, בהשראת המשפט ׳אם תרצו אין זו אגדה׳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כתב את הספר מדינת היהודים?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חזון הרצל לחזון אחד העם?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לקוח חלק מהציטוטים בדף המשחק?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אמר? ציטוטים על חלום המדינה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