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ציטוטים על חלום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ציטוטים חשובים הקשורים לרעיון הקמת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אמר או כתב כל ציטוט ולהבין את ההקשר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מקורות שונים - תנ״ך, הרצל ואישים ציוניים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אמר?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אליעזר בן־יהודה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ביניהם חילוקי דעות, למשל לגבי אופי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 הספר כתב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 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 את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(רצה מרכז רוחני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(החייה את השפה העברית)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(מקור לפסוקים על שיבה לציון)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ההקשר ההיסטורי, את כוונת האומר ואת מידת האמינות של המקור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שהמשפט מבטא רעיון של תקווה ואפשרות הגשמה, בסגנון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מדינה מיידית; אחד העם - מרכז רוחני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הציטוטים בכיתה בקבוצות ולדון בכל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להבליט את ההבדל בין מקורות עתיקים (תנ״ך) למקורות מודרניים (הרצל ואחרים)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לחפש ציטוט נוסף הקשור לנושא ולהציג אותו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ציטוטים על חלום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הרצל ואישים נוספים כתבו ואמרו משפטים שהפכו לסמלים של התקווה להקמת מדינה יהודית. חלק מהציטוטים לקוחים גם מהתנ״ך, שממנו שאבו הרצל ואחרים את החזון.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העברית  ·  אגדה  ·  מדינת היהודים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אמר?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המשפט ״אם תרצו אין זו אגדה״?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הפסוק ״ושבו בנים לגבולם״ לקוח מתוך: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הרצל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נאום של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פעל להחייאת השפה העברית כשפה מדוברת?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ואחד העם חשבו באותו אופן בדיוק על אופי המדינה היהודית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אליעזר בן־יהודה הוא לא מחבר הספר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כתב את הספר __________ שבו תיאר את חזון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אליעזר בן־יהודה פעל להחיות את השפה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המשפט ״אם תרצו אין זו __________״ נכתב על ידי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 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רצה מרכז רוחני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החייה את השפה העברית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אליעזר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 את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מקור לפסוקים על שיבה לציון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חשוב לדעת מי אמר כל ציטוט ולא רק את תוכנו?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משלכם שיכול לבטא חלום או תקווה לעתיד, בהשראת המשפט ׳אם תרצו אין זו אגדה׳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כתב את הספר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חזון הרצל לחזון אחד העם?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אמר? ציטוטים על חלום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